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8617"/>
      </w:tblGrid>
      <w:tr w:rsidR="00BA4D04" w14:paraId="0282999E" w14:textId="77777777">
        <w:tc>
          <w:tcPr>
            <w:tcW w:w="1276" w:type="dxa"/>
          </w:tcPr>
          <w:p w14:paraId="1F014E70" w14:textId="77777777" w:rsidR="00BA4D04" w:rsidRDefault="00000000">
            <w:r>
              <w:rPr>
                <w:noProof/>
              </w:rPr>
              <w:drawing>
                <wp:inline distT="0" distB="0" distL="0" distR="0" wp14:anchorId="42F2C2E7" wp14:editId="6E414AF5">
                  <wp:extent cx="647700" cy="1006175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lem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584" cy="1013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7" w:type="dxa"/>
          </w:tcPr>
          <w:p w14:paraId="102AECB1" w14:textId="77777777" w:rsidR="00BA4D04" w:rsidRDefault="00000000">
            <w:pPr>
              <w:jc w:val="center"/>
            </w:pPr>
            <w:r>
              <w:rPr>
                <w:b/>
                <w:color w:val="9C7E2D"/>
                <w:sz w:val="38"/>
              </w:rPr>
              <w:t>TÜKÖRKÉP</w:t>
            </w:r>
          </w:p>
          <w:p w14:paraId="59C6F926" w14:textId="77777777" w:rsidR="00BA4D04" w:rsidRDefault="00000000">
            <w:pPr>
              <w:spacing w:after="20"/>
              <w:jc w:val="center"/>
            </w:pPr>
            <w:r>
              <w:rPr>
                <w:b/>
                <w:sz w:val="19"/>
              </w:rPr>
              <w:t>HTV Média Nonprofit Kft.</w:t>
            </w:r>
          </w:p>
          <w:p w14:paraId="4150FF25" w14:textId="77777777" w:rsidR="00BA4D04" w:rsidRDefault="00000000">
            <w:pPr>
              <w:spacing w:after="20"/>
              <w:jc w:val="center"/>
            </w:pPr>
            <w:r>
              <w:rPr>
                <w:sz w:val="19"/>
              </w:rPr>
              <w:t>6782 Mórahalom, Röszkei út 1.</w:t>
            </w:r>
          </w:p>
          <w:p w14:paraId="5B590E33" w14:textId="77777777" w:rsidR="00BA4D04" w:rsidRDefault="00000000">
            <w:pPr>
              <w:spacing w:after="20"/>
              <w:jc w:val="center"/>
            </w:pPr>
            <w:r>
              <w:rPr>
                <w:sz w:val="19"/>
              </w:rPr>
              <w:t>Telefon: 62/281-219  •  E-mail: media@morahalom.hu</w:t>
            </w:r>
          </w:p>
        </w:tc>
      </w:tr>
    </w:tbl>
    <w:p w14:paraId="674BE2C4" w14:textId="77777777" w:rsidR="00BA4D04" w:rsidRDefault="00000000">
      <w:pPr>
        <w:spacing w:after="0"/>
        <w:jc w:val="center"/>
      </w:pPr>
      <w:r>
        <w:rPr>
          <w:b/>
          <w:sz w:val="28"/>
        </w:rPr>
        <w:t>HIRDETÉSI MEGRENDELŐLAP</w:t>
      </w:r>
    </w:p>
    <w:p w14:paraId="65476506" w14:textId="77777777" w:rsidR="00BA4D04" w:rsidRDefault="00000000">
      <w:pPr>
        <w:spacing w:after="100"/>
        <w:jc w:val="center"/>
      </w:pPr>
      <w:r>
        <w:rPr>
          <w:sz w:val="19"/>
        </w:rPr>
        <w:t>A Tükörkép – Mórahalom Város Havilapja nyomtatott kiadásához</w:t>
      </w:r>
    </w:p>
    <w:p w14:paraId="7EFB96A1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1. MEGRENDELŐ ADATAI</w:t>
      </w:r>
    </w:p>
    <w:p w14:paraId="14CE9D92" w14:textId="77777777" w:rsidR="00BA4D04" w:rsidRDefault="00000000">
      <w:r>
        <w:rPr>
          <w:sz w:val="18"/>
        </w:rPr>
        <w:t>A megfelelő részt kérjük kitölteni. Vállalkozás esetén: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6"/>
        <w:gridCol w:w="3572"/>
      </w:tblGrid>
      <w:tr w:rsidR="00BA4D04" w14:paraId="109AEA05" w14:textId="77777777">
        <w:trPr>
          <w:jc w:val="center"/>
        </w:trPr>
        <w:tc>
          <w:tcPr>
            <w:tcW w:w="6236" w:type="dxa"/>
            <w:shd w:val="clear" w:color="auto" w:fill="F5F7F7"/>
            <w:vAlign w:val="center"/>
          </w:tcPr>
          <w:p w14:paraId="557F9FE9" w14:textId="77777777" w:rsidR="00BA4D04" w:rsidRDefault="00000000">
            <w:pPr>
              <w:spacing w:after="20"/>
            </w:pPr>
            <w:r>
              <w:rPr>
                <w:sz w:val="19"/>
              </w:rPr>
              <w:t>Cég / egyéni vállalkozó neve:  ........................................................................</w:t>
            </w:r>
          </w:p>
        </w:tc>
        <w:tc>
          <w:tcPr>
            <w:tcW w:w="3572" w:type="dxa"/>
            <w:shd w:val="clear" w:color="auto" w:fill="F5F7F7"/>
            <w:vAlign w:val="center"/>
          </w:tcPr>
          <w:p w14:paraId="1C269E7D" w14:textId="77777777" w:rsidR="00BA4D04" w:rsidRDefault="00000000">
            <w:pPr>
              <w:spacing w:after="20"/>
            </w:pPr>
            <w:r>
              <w:rPr>
                <w:sz w:val="19"/>
              </w:rPr>
              <w:t>Képviselő:  ........................................</w:t>
            </w:r>
          </w:p>
        </w:tc>
      </w:tr>
      <w:tr w:rsidR="00BA4D04" w14:paraId="5CAE1536" w14:textId="77777777">
        <w:trPr>
          <w:jc w:val="center"/>
        </w:trPr>
        <w:tc>
          <w:tcPr>
            <w:tcW w:w="6236" w:type="dxa"/>
            <w:vAlign w:val="center"/>
          </w:tcPr>
          <w:p w14:paraId="221075AB" w14:textId="59E5954F" w:rsidR="00BA4D04" w:rsidRDefault="00000000">
            <w:pPr>
              <w:spacing w:after="20"/>
            </w:pPr>
            <w:r>
              <w:rPr>
                <w:sz w:val="19"/>
              </w:rPr>
              <w:t>Székhely / számlázási cím:  ..............................................................................................................</w:t>
            </w:r>
          </w:p>
        </w:tc>
        <w:tc>
          <w:tcPr>
            <w:tcW w:w="3572" w:type="dxa"/>
            <w:vAlign w:val="center"/>
          </w:tcPr>
          <w:p w14:paraId="6C7EEF45" w14:textId="77777777" w:rsidR="00BA4D04" w:rsidRDefault="00000000">
            <w:pPr>
              <w:spacing w:after="20"/>
            </w:pPr>
            <w:r>
              <w:rPr>
                <w:sz w:val="19"/>
              </w:rPr>
              <w:t>Adószám:  ..........................................</w:t>
            </w:r>
          </w:p>
        </w:tc>
      </w:tr>
      <w:tr w:rsidR="00BA4D04" w14:paraId="0741C1C1" w14:textId="77777777">
        <w:trPr>
          <w:jc w:val="center"/>
        </w:trPr>
        <w:tc>
          <w:tcPr>
            <w:tcW w:w="6236" w:type="dxa"/>
            <w:shd w:val="clear" w:color="auto" w:fill="F5F7F7"/>
            <w:vAlign w:val="center"/>
          </w:tcPr>
          <w:p w14:paraId="08D2D229" w14:textId="77777777" w:rsidR="0095398D" w:rsidRDefault="00000000">
            <w:pPr>
              <w:spacing w:after="20"/>
              <w:rPr>
                <w:sz w:val="19"/>
              </w:rPr>
            </w:pPr>
            <w:r>
              <w:rPr>
                <w:sz w:val="19"/>
              </w:rPr>
              <w:t xml:space="preserve">Kapcsolattartó:  .................................................... </w:t>
            </w:r>
          </w:p>
          <w:p w14:paraId="1D70AF3B" w14:textId="5607EB18" w:rsidR="00BA4D04" w:rsidRDefault="00000000">
            <w:pPr>
              <w:spacing w:after="20"/>
            </w:pPr>
            <w:proofErr w:type="spellStart"/>
            <w:r>
              <w:rPr>
                <w:sz w:val="19"/>
              </w:rPr>
              <w:t>Telefon</w:t>
            </w:r>
            <w:proofErr w:type="spellEnd"/>
            <w:r>
              <w:rPr>
                <w:sz w:val="19"/>
              </w:rPr>
              <w:t>:  ....................................................</w:t>
            </w:r>
          </w:p>
        </w:tc>
        <w:tc>
          <w:tcPr>
            <w:tcW w:w="3572" w:type="dxa"/>
            <w:shd w:val="clear" w:color="auto" w:fill="F5F7F7"/>
            <w:vAlign w:val="center"/>
          </w:tcPr>
          <w:p w14:paraId="06FF3285" w14:textId="77777777" w:rsidR="00BA4D04" w:rsidRDefault="00000000">
            <w:pPr>
              <w:spacing w:after="20"/>
            </w:pPr>
            <w:r>
              <w:rPr>
                <w:sz w:val="19"/>
              </w:rPr>
              <w:t>E-mail:  ...............................................</w:t>
            </w:r>
          </w:p>
        </w:tc>
      </w:tr>
    </w:tbl>
    <w:p w14:paraId="00B2CDC0" w14:textId="77777777" w:rsidR="00BA4D04" w:rsidRDefault="00000000">
      <w:pPr>
        <w:spacing w:after="40"/>
      </w:pPr>
      <w:r>
        <w:rPr>
          <w:sz w:val="18"/>
        </w:rPr>
        <w:t>Magánszemély esetén: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6"/>
        <w:gridCol w:w="3572"/>
      </w:tblGrid>
      <w:tr w:rsidR="00BA4D04" w14:paraId="74B9AC72" w14:textId="77777777">
        <w:trPr>
          <w:jc w:val="center"/>
        </w:trPr>
        <w:tc>
          <w:tcPr>
            <w:tcW w:w="6236" w:type="dxa"/>
            <w:shd w:val="clear" w:color="auto" w:fill="F5F7F7"/>
            <w:vAlign w:val="center"/>
          </w:tcPr>
          <w:p w14:paraId="668C00E9" w14:textId="77777777" w:rsidR="00BA4D04" w:rsidRDefault="00000000">
            <w:pPr>
              <w:spacing w:after="20"/>
            </w:pPr>
            <w:r>
              <w:rPr>
                <w:sz w:val="19"/>
              </w:rPr>
              <w:t>Név:  ....................................................................................</w:t>
            </w:r>
          </w:p>
        </w:tc>
        <w:tc>
          <w:tcPr>
            <w:tcW w:w="3572" w:type="dxa"/>
            <w:shd w:val="clear" w:color="auto" w:fill="F5F7F7"/>
            <w:vAlign w:val="center"/>
          </w:tcPr>
          <w:p w14:paraId="240BD366" w14:textId="77777777" w:rsidR="00BA4D04" w:rsidRDefault="00000000">
            <w:pPr>
              <w:spacing w:after="20"/>
            </w:pPr>
            <w:r>
              <w:rPr>
                <w:sz w:val="19"/>
              </w:rPr>
              <w:t>Telefon:  .............................................</w:t>
            </w:r>
          </w:p>
        </w:tc>
      </w:tr>
      <w:tr w:rsidR="00BA4D04" w14:paraId="5723D541" w14:textId="77777777">
        <w:trPr>
          <w:jc w:val="center"/>
        </w:trPr>
        <w:tc>
          <w:tcPr>
            <w:tcW w:w="6236" w:type="dxa"/>
            <w:vAlign w:val="center"/>
          </w:tcPr>
          <w:p w14:paraId="12197AB1" w14:textId="579DDEB9" w:rsidR="00BA4D04" w:rsidRDefault="00000000">
            <w:pPr>
              <w:spacing w:after="20"/>
            </w:pPr>
            <w:r>
              <w:rPr>
                <w:sz w:val="19"/>
              </w:rPr>
              <w:t>Lakcím / számlázási cím:  ..............................................................................................................</w:t>
            </w:r>
          </w:p>
        </w:tc>
        <w:tc>
          <w:tcPr>
            <w:tcW w:w="3572" w:type="dxa"/>
            <w:vAlign w:val="center"/>
          </w:tcPr>
          <w:p w14:paraId="768493B7" w14:textId="77777777" w:rsidR="00BA4D04" w:rsidRDefault="00000000">
            <w:pPr>
              <w:spacing w:after="20"/>
            </w:pPr>
            <w:r>
              <w:rPr>
                <w:sz w:val="19"/>
              </w:rPr>
              <w:t>E-mail:  ...............................................</w:t>
            </w:r>
          </w:p>
        </w:tc>
      </w:tr>
    </w:tbl>
    <w:p w14:paraId="14B90F88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2. A HIRDETÉS ADATAI ÉS DÍJA</w:t>
      </w:r>
    </w:p>
    <w:p w14:paraId="1A95A3FC" w14:textId="77777777" w:rsidR="00BA4D04" w:rsidRDefault="00000000">
      <w:r>
        <w:rPr>
          <w:b/>
          <w:sz w:val="19"/>
        </w:rPr>
        <w:t>Hirdetés típusa és mérete (jelölje X-szel):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4"/>
        <w:gridCol w:w="4904"/>
      </w:tblGrid>
      <w:tr w:rsidR="00BA4D04" w14:paraId="1950EF0E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79C0AA46" w14:textId="77777777" w:rsidR="00BA4D04" w:rsidRDefault="00000000">
            <w:pPr>
              <w:spacing w:after="20"/>
            </w:pPr>
            <w:r>
              <w:rPr>
                <w:sz w:val="19"/>
              </w:rPr>
              <w:t>TÜKÖRKÉP VÁROSI LAP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6F513451" w14:textId="77777777" w:rsidR="00BA4D04" w:rsidRDefault="00000000">
            <w:pPr>
              <w:spacing w:after="20"/>
            </w:pPr>
            <w:r>
              <w:rPr>
                <w:sz w:val="19"/>
              </w:rPr>
              <w:t>PÁLYÁZATI HIRDETÉS (sajtóközlemény, arculati elemekkel)</w:t>
            </w:r>
          </w:p>
        </w:tc>
      </w:tr>
      <w:tr w:rsidR="00BA4D04" w14:paraId="2CEAD121" w14:textId="77777777">
        <w:trPr>
          <w:jc w:val="center"/>
        </w:trPr>
        <w:tc>
          <w:tcPr>
            <w:tcW w:w="4904" w:type="dxa"/>
            <w:vAlign w:val="center"/>
          </w:tcPr>
          <w:p w14:paraId="50EFA7A7" w14:textId="77777777" w:rsidR="00BA4D04" w:rsidRDefault="00000000">
            <w:pPr>
              <w:spacing w:after="20"/>
            </w:pPr>
            <w:r>
              <w:rPr>
                <w:sz w:val="19"/>
              </w:rPr>
              <w:t>☐ 1/2 oldal     26 000 Ft / megjelenés</w:t>
            </w:r>
          </w:p>
        </w:tc>
        <w:tc>
          <w:tcPr>
            <w:tcW w:w="4904" w:type="dxa"/>
            <w:vAlign w:val="center"/>
          </w:tcPr>
          <w:p w14:paraId="14FF9B05" w14:textId="77777777" w:rsidR="00BA4D04" w:rsidRDefault="00000000">
            <w:pPr>
              <w:spacing w:after="20"/>
            </w:pPr>
            <w:r>
              <w:rPr>
                <w:sz w:val="19"/>
              </w:rPr>
              <w:t>☐ 1/2 oldal     57 600 Ft / megjelenés</w:t>
            </w:r>
          </w:p>
        </w:tc>
      </w:tr>
      <w:tr w:rsidR="00BA4D04" w14:paraId="5364A736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4765AF50" w14:textId="77777777" w:rsidR="00BA4D04" w:rsidRDefault="00000000">
            <w:pPr>
              <w:spacing w:after="20"/>
            </w:pPr>
            <w:r>
              <w:rPr>
                <w:sz w:val="19"/>
              </w:rPr>
              <w:t>☐ 1/4 oldal     13 000 Ft / megjelenés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23035F1D" w14:textId="77777777" w:rsidR="00BA4D04" w:rsidRDefault="00000000">
            <w:pPr>
              <w:spacing w:after="20"/>
            </w:pPr>
            <w:r>
              <w:rPr>
                <w:sz w:val="19"/>
              </w:rPr>
              <w:t>☐ 1/4 oldal     28 800 Ft / megjelenés</w:t>
            </w:r>
          </w:p>
        </w:tc>
      </w:tr>
      <w:tr w:rsidR="00BA4D04" w14:paraId="33A09027" w14:textId="77777777">
        <w:trPr>
          <w:jc w:val="center"/>
        </w:trPr>
        <w:tc>
          <w:tcPr>
            <w:tcW w:w="4904" w:type="dxa"/>
            <w:vAlign w:val="center"/>
          </w:tcPr>
          <w:p w14:paraId="576FADFD" w14:textId="77777777" w:rsidR="00BA4D04" w:rsidRDefault="00000000">
            <w:pPr>
              <w:spacing w:after="20"/>
            </w:pPr>
            <w:r>
              <w:rPr>
                <w:sz w:val="19"/>
              </w:rPr>
              <w:t>☐ 1/8 oldal       6 500 Ft / megjelenés</w:t>
            </w:r>
          </w:p>
        </w:tc>
        <w:tc>
          <w:tcPr>
            <w:tcW w:w="4904" w:type="dxa"/>
            <w:vAlign w:val="center"/>
          </w:tcPr>
          <w:p w14:paraId="7272A7E9" w14:textId="77777777" w:rsidR="00BA4D04" w:rsidRDefault="00000000">
            <w:pPr>
              <w:spacing w:after="20"/>
            </w:pPr>
            <w:r>
              <w:rPr>
                <w:sz w:val="19"/>
              </w:rPr>
              <w:t>☐ 1/8 oldal     14 400 Ft / megjelenés</w:t>
            </w:r>
          </w:p>
        </w:tc>
      </w:tr>
      <w:tr w:rsidR="00BA4D04" w14:paraId="6EDB4B51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31C70169" w14:textId="77777777" w:rsidR="00BA4D04" w:rsidRDefault="00000000">
            <w:pPr>
              <w:spacing w:after="20"/>
            </w:pPr>
            <w:r>
              <w:rPr>
                <w:sz w:val="19"/>
              </w:rPr>
              <w:t>☐ 1/16 oldal     3 200 Ft / megjelenés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3A8DD96F" w14:textId="77777777" w:rsidR="00BA4D04" w:rsidRDefault="00000000">
            <w:pPr>
              <w:spacing w:after="20"/>
            </w:pPr>
            <w:r>
              <w:rPr>
                <w:sz w:val="19"/>
              </w:rPr>
              <w:t>☐ 1/16 oldal     7 200 Ft / megjelenés</w:t>
            </w:r>
          </w:p>
        </w:tc>
      </w:tr>
    </w:tbl>
    <w:p w14:paraId="6DE55404" w14:textId="5B0DDEA7" w:rsidR="00BA4D04" w:rsidRDefault="00000000">
      <w:pPr>
        <w:spacing w:after="80"/>
      </w:pPr>
      <w:r>
        <w:rPr>
          <w:sz w:val="17"/>
        </w:rPr>
        <w:t xml:space="preserve">A feltüntetett árak nettó </w:t>
      </w:r>
      <w:proofErr w:type="spellStart"/>
      <w:r>
        <w:rPr>
          <w:sz w:val="17"/>
        </w:rPr>
        <w:t>árak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az</w:t>
      </w:r>
      <w:proofErr w:type="spellEnd"/>
      <w:r>
        <w:rPr>
          <w:sz w:val="17"/>
        </w:rPr>
        <w:t xml:space="preserve"> ÁFA </w:t>
      </w:r>
      <w:proofErr w:type="spellStart"/>
      <w:r>
        <w:rPr>
          <w:sz w:val="17"/>
        </w:rPr>
        <w:t>összegét</w:t>
      </w:r>
      <w:proofErr w:type="spellEnd"/>
      <w:r w:rsidR="0095398D">
        <w:rPr>
          <w:sz w:val="17"/>
        </w:rPr>
        <w:t xml:space="preserve"> </w:t>
      </w:r>
      <w:proofErr w:type="spellStart"/>
      <w:r w:rsidR="0095398D">
        <w:rPr>
          <w:sz w:val="17"/>
        </w:rPr>
        <w:t>és</w:t>
      </w:r>
      <w:proofErr w:type="spellEnd"/>
      <w:r w:rsidR="0095398D">
        <w:rPr>
          <w:sz w:val="17"/>
        </w:rPr>
        <w:t xml:space="preserve"> a </w:t>
      </w:r>
      <w:proofErr w:type="spellStart"/>
      <w:r w:rsidR="0095398D">
        <w:rPr>
          <w:sz w:val="17"/>
        </w:rPr>
        <w:t>nyomdai</w:t>
      </w:r>
      <w:proofErr w:type="spellEnd"/>
      <w:r w:rsidR="0095398D">
        <w:rPr>
          <w:sz w:val="17"/>
        </w:rPr>
        <w:t xml:space="preserve"> </w:t>
      </w:r>
      <w:proofErr w:type="spellStart"/>
      <w:r w:rsidR="0095398D">
        <w:rPr>
          <w:sz w:val="17"/>
        </w:rPr>
        <w:t>állomány</w:t>
      </w:r>
      <w:proofErr w:type="spellEnd"/>
      <w:r w:rsidR="0095398D">
        <w:rPr>
          <w:sz w:val="17"/>
        </w:rPr>
        <w:t xml:space="preserve"> </w:t>
      </w:r>
      <w:proofErr w:type="spellStart"/>
      <w:r w:rsidR="0095398D">
        <w:rPr>
          <w:sz w:val="17"/>
        </w:rPr>
        <w:t>elkészítésének</w:t>
      </w:r>
      <w:proofErr w:type="spellEnd"/>
      <w:r w:rsidR="0095398D">
        <w:rPr>
          <w:sz w:val="17"/>
        </w:rPr>
        <w:t xml:space="preserve"> </w:t>
      </w:r>
      <w:proofErr w:type="spellStart"/>
      <w:r w:rsidR="0095398D">
        <w:rPr>
          <w:sz w:val="17"/>
        </w:rPr>
        <w:t>díját</w:t>
      </w:r>
      <w:proofErr w:type="spellEnd"/>
      <w:r>
        <w:rPr>
          <w:sz w:val="17"/>
        </w:rPr>
        <w:t xml:space="preserve"> nem </w:t>
      </w:r>
      <w:proofErr w:type="spellStart"/>
      <w:r>
        <w:rPr>
          <w:sz w:val="17"/>
        </w:rPr>
        <w:t>tartalmazzák</w:t>
      </w:r>
      <w:proofErr w:type="spellEnd"/>
      <w:r>
        <w:rPr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4"/>
        <w:gridCol w:w="4904"/>
      </w:tblGrid>
      <w:tr w:rsidR="00BA4D04" w14:paraId="044AB914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11D50562" w14:textId="77777777" w:rsidR="00BA4D04" w:rsidRDefault="00000000">
            <w:pPr>
              <w:spacing w:after="20"/>
            </w:pPr>
            <w:r>
              <w:rPr>
                <w:sz w:val="19"/>
              </w:rPr>
              <w:t>Kért megjelenések száma:  ..........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343C31AE" w14:textId="14363AC1" w:rsidR="00BA4D04" w:rsidRDefault="00000000">
            <w:pPr>
              <w:spacing w:after="20"/>
            </w:pPr>
            <w:proofErr w:type="spellStart"/>
            <w:r>
              <w:rPr>
                <w:sz w:val="19"/>
              </w:rPr>
              <w:t>Megjelenési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 w:rsidR="0095398D">
              <w:rPr>
                <w:sz w:val="19"/>
              </w:rPr>
              <w:t>év</w:t>
            </w:r>
            <w:proofErr w:type="spellEnd"/>
            <w:r w:rsidR="0095398D">
              <w:rPr>
                <w:sz w:val="19"/>
              </w:rPr>
              <w:t xml:space="preserve"> </w:t>
            </w:r>
            <w:proofErr w:type="spellStart"/>
            <w:r w:rsidR="0095398D">
              <w:rPr>
                <w:sz w:val="19"/>
              </w:rPr>
              <w:t>és</w:t>
            </w:r>
            <w:proofErr w:type="spellEnd"/>
            <w:r w:rsidR="0095398D"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hónap</w:t>
            </w:r>
            <w:proofErr w:type="spellEnd"/>
            <w:r>
              <w:rPr>
                <w:sz w:val="19"/>
              </w:rPr>
              <w:t>(ok</w:t>
            </w:r>
            <w:proofErr w:type="gramStart"/>
            <w:r>
              <w:rPr>
                <w:sz w:val="19"/>
              </w:rPr>
              <w:t>):.........................................</w:t>
            </w:r>
            <w:proofErr w:type="gramEnd"/>
          </w:p>
        </w:tc>
      </w:tr>
      <w:tr w:rsidR="00BA4D04" w14:paraId="16D3F339" w14:textId="77777777">
        <w:trPr>
          <w:jc w:val="center"/>
        </w:trPr>
        <w:tc>
          <w:tcPr>
            <w:tcW w:w="4904" w:type="dxa"/>
            <w:vAlign w:val="center"/>
          </w:tcPr>
          <w:p w14:paraId="41AAF813" w14:textId="77777777" w:rsidR="00BA4D04" w:rsidRDefault="00000000">
            <w:pPr>
              <w:spacing w:after="20"/>
            </w:pPr>
            <w:r>
              <w:rPr>
                <w:sz w:val="19"/>
              </w:rPr>
              <w:t>Nettó összesen:  ........................ Ft</w:t>
            </w:r>
          </w:p>
        </w:tc>
        <w:tc>
          <w:tcPr>
            <w:tcW w:w="4904" w:type="dxa"/>
            <w:vAlign w:val="center"/>
          </w:tcPr>
          <w:p w14:paraId="56FBD980" w14:textId="77777777" w:rsidR="00BA4D04" w:rsidRDefault="00000000">
            <w:pPr>
              <w:spacing w:after="20"/>
            </w:pPr>
            <w:r>
              <w:rPr>
                <w:sz w:val="19"/>
              </w:rPr>
              <w:t>ÁFA:  ........................ Ft      Bruttó:  ........................ Ft</w:t>
            </w:r>
          </w:p>
        </w:tc>
      </w:tr>
    </w:tbl>
    <w:p w14:paraId="5C267E83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3. FIZETÉSI MÓD</w:t>
      </w:r>
    </w:p>
    <w:p w14:paraId="4BD05941" w14:textId="77777777" w:rsidR="00BA4D04" w:rsidRDefault="00000000">
      <w:r>
        <w:rPr>
          <w:sz w:val="19"/>
        </w:rPr>
        <w:t>☐ Készpénz a HTV Média Nonprofit Kft. pénztárában (Röszkei út 1.)     ☐ Banki átutalás</w:t>
      </w:r>
    </w:p>
    <w:p w14:paraId="12FD0183" w14:textId="77777777" w:rsidR="00BA4D04" w:rsidRDefault="00000000">
      <w:pPr>
        <w:spacing w:after="40"/>
      </w:pPr>
      <w:r>
        <w:rPr>
          <w:sz w:val="18"/>
        </w:rPr>
        <w:t>Átutalás esetén fizetés a kiállított számla alapján, eltérő megállapodás hiányában 8 napon belül. A közleményben kérjük feltüntetni a számla számát. A Kiadó előzetes tájékoztatás mellett előrefizetést is előírhat.</w:t>
      </w:r>
    </w:p>
    <w:p w14:paraId="0F2FAB7A" w14:textId="308DCFE0" w:rsidR="00BA4D04" w:rsidRPr="0095398D" w:rsidRDefault="00000000">
      <w:pPr>
        <w:pBdr>
          <w:bottom w:val="single" w:sz="8" w:space="0" w:color="D9E2E3"/>
        </w:pBdr>
        <w:spacing w:before="140" w:after="80"/>
        <w:rPr>
          <w:b/>
          <w:color w:val="24414C"/>
          <w:sz w:val="22"/>
        </w:rPr>
      </w:pPr>
      <w:r>
        <w:rPr>
          <w:b/>
          <w:color w:val="24414C"/>
          <w:sz w:val="22"/>
        </w:rPr>
        <w:t xml:space="preserve">4. </w:t>
      </w:r>
      <w:r w:rsidR="0095398D" w:rsidRPr="0095398D">
        <w:rPr>
          <w:b/>
          <w:color w:val="24414C"/>
          <w:sz w:val="22"/>
        </w:rPr>
        <w:t>A</w:t>
      </w:r>
      <w:r w:rsidR="0095398D">
        <w:rPr>
          <w:b/>
          <w:color w:val="24414C"/>
          <w:sz w:val="22"/>
        </w:rPr>
        <w:t>NYAGLEADÁS</w:t>
      </w:r>
    </w:p>
    <w:p w14:paraId="43C1AD8C" w14:textId="2D0A235F" w:rsidR="0095398D" w:rsidRDefault="0095398D" w:rsidP="0095398D">
      <w:pPr>
        <w:rPr>
          <w:lang w:val="hu-HU"/>
        </w:rPr>
      </w:pPr>
      <w:r w:rsidRPr="0095398D">
        <w:rPr>
          <w:b/>
          <w:bCs/>
          <w:lang w:val="hu-HU"/>
        </w:rPr>
        <w:t>Nyomdakész hirdetési anyag leadása:</w:t>
      </w:r>
      <w:r w:rsidRPr="0095398D">
        <w:rPr>
          <w:lang w:val="hu-HU"/>
        </w:rPr>
        <w:t xml:space="preserve"> PDF-formátumban, lehetőleg PDF/X-4 szabvány szerint, az egyeztetett hirdetési méretben, CMYK színtérben, beágyazott betűkészletekkel. A képek felbontása a végleges méretben legalább 300 </w:t>
      </w:r>
      <w:proofErr w:type="spellStart"/>
      <w:r w:rsidRPr="0095398D">
        <w:rPr>
          <w:lang w:val="hu-HU"/>
        </w:rPr>
        <w:t>ppi</w:t>
      </w:r>
      <w:proofErr w:type="spellEnd"/>
      <w:r w:rsidRPr="0095398D">
        <w:rPr>
          <w:lang w:val="hu-HU"/>
        </w:rPr>
        <w:t xml:space="preserve"> legyen. Vágójel és kifutó nélkül kérjük, kivéve, ha előzetesen másként egyeztettünk.</w:t>
      </w:r>
    </w:p>
    <w:p w14:paraId="058F06A0" w14:textId="77777777" w:rsidR="0095398D" w:rsidRPr="0095398D" w:rsidRDefault="0095398D" w:rsidP="0095398D">
      <w:pPr>
        <w:rPr>
          <w:lang w:val="hu-HU"/>
        </w:rPr>
      </w:pPr>
      <w:r w:rsidRPr="0095398D">
        <w:rPr>
          <w:b/>
          <w:bCs/>
          <w:lang w:val="hu-HU"/>
        </w:rPr>
        <w:t>Ha a hirdetés szerkesztését a Kiadó végzi:</w:t>
      </w:r>
      <w:r w:rsidRPr="0095398D">
        <w:rPr>
          <w:lang w:val="hu-HU"/>
        </w:rPr>
        <w:t xml:space="preserve"> a szöveget szerkeszthető Word-dokumentumban, a képeket eredeti méretű, jó minőségű JPEG- vagy TIFF-fájlként, a logókat lehetőleg vektoros PDF-formátumban kérjük elküldeni a </w:t>
      </w:r>
      <w:hyperlink r:id="rId9" w:history="1">
        <w:r w:rsidRPr="0095398D">
          <w:rPr>
            <w:rStyle w:val="Hiperhivatkozs"/>
            <w:lang w:val="hu-HU"/>
          </w:rPr>
          <w:t>media@morahalom.hu</w:t>
        </w:r>
      </w:hyperlink>
      <w:r w:rsidRPr="0095398D">
        <w:rPr>
          <w:lang w:val="hu-HU"/>
        </w:rPr>
        <w:t xml:space="preserve"> címre.</w:t>
      </w:r>
    </w:p>
    <w:p w14:paraId="578B3F59" w14:textId="2BB6947A" w:rsidR="0095398D" w:rsidRPr="0095398D" w:rsidRDefault="0095398D" w:rsidP="0095398D">
      <w:pPr>
        <w:rPr>
          <w:lang w:val="hu-HU"/>
        </w:rPr>
      </w:pPr>
      <w:r>
        <w:rPr>
          <w:lang w:val="hu-HU"/>
        </w:rPr>
        <w:t xml:space="preserve">A </w:t>
      </w:r>
      <w:r w:rsidRPr="0095398D">
        <w:rPr>
          <w:lang w:val="hu-HU"/>
        </w:rPr>
        <w:t>hirdetés grafikai tervezését és szerkesztését a közzétételi díj nem tartalmazza. Amennyiben a hirdetési anyagot a Kiadó készíti el, az külön díjazás ellenében, előzetes egyedi megállapodás alapján történik.</w:t>
      </w:r>
    </w:p>
    <w:p w14:paraId="649D8F5B" w14:textId="77777777" w:rsidR="0095398D" w:rsidRPr="0095398D" w:rsidRDefault="0095398D" w:rsidP="0095398D">
      <w:pPr>
        <w:rPr>
          <w:lang w:val="hu-HU"/>
        </w:rPr>
      </w:pPr>
    </w:p>
    <w:p w14:paraId="782BBD6E" w14:textId="6003540E" w:rsidR="0095398D" w:rsidRPr="0095398D" w:rsidRDefault="0095398D" w:rsidP="0095398D">
      <w:pPr>
        <w:rPr>
          <w:sz w:val="24"/>
          <w:szCs w:val="24"/>
          <w:lang w:val="hu-H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8617"/>
      </w:tblGrid>
      <w:tr w:rsidR="00BA4D04" w14:paraId="4A7B9E44" w14:textId="77777777">
        <w:tc>
          <w:tcPr>
            <w:tcW w:w="1276" w:type="dxa"/>
          </w:tcPr>
          <w:p w14:paraId="1496C1CB" w14:textId="77777777" w:rsidR="00BA4D04" w:rsidRDefault="00000000">
            <w:r>
              <w:rPr>
                <w:noProof/>
              </w:rPr>
              <w:lastRenderedPageBreak/>
              <w:drawing>
                <wp:inline distT="0" distB="0" distL="0" distR="0" wp14:anchorId="10EBD9DF" wp14:editId="43120CAA">
                  <wp:extent cx="612000" cy="95071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lem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95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17" w:type="dxa"/>
          </w:tcPr>
          <w:p w14:paraId="76954EBA" w14:textId="77777777" w:rsidR="00BA4D04" w:rsidRDefault="00000000">
            <w:pPr>
              <w:jc w:val="center"/>
            </w:pPr>
            <w:r>
              <w:rPr>
                <w:b/>
                <w:color w:val="9C7E2D"/>
                <w:sz w:val="38"/>
              </w:rPr>
              <w:t>TÜKÖRKÉP</w:t>
            </w:r>
          </w:p>
          <w:p w14:paraId="58FA286F" w14:textId="77777777" w:rsidR="00BA4D04" w:rsidRDefault="00000000">
            <w:pPr>
              <w:spacing w:after="20"/>
              <w:jc w:val="center"/>
            </w:pPr>
            <w:r>
              <w:rPr>
                <w:b/>
                <w:sz w:val="19"/>
              </w:rPr>
              <w:t>HTV Média Nonprofit Kft.</w:t>
            </w:r>
          </w:p>
          <w:p w14:paraId="0FEE15B3" w14:textId="77777777" w:rsidR="00BA4D04" w:rsidRDefault="00000000">
            <w:pPr>
              <w:spacing w:after="20"/>
              <w:jc w:val="center"/>
            </w:pPr>
            <w:r>
              <w:rPr>
                <w:sz w:val="19"/>
              </w:rPr>
              <w:t>6782 Mórahalom, Röszkei út 1.</w:t>
            </w:r>
          </w:p>
          <w:p w14:paraId="3BC332AB" w14:textId="77777777" w:rsidR="00BA4D04" w:rsidRDefault="00000000">
            <w:pPr>
              <w:spacing w:after="20"/>
              <w:jc w:val="center"/>
            </w:pPr>
            <w:r>
              <w:rPr>
                <w:sz w:val="19"/>
              </w:rPr>
              <w:t>Telefon: 62/281-219  •  E-mail: media@morahalom.hu</w:t>
            </w:r>
          </w:p>
        </w:tc>
      </w:tr>
    </w:tbl>
    <w:p w14:paraId="03736FDF" w14:textId="77777777" w:rsidR="00BA4D04" w:rsidRDefault="00000000">
      <w:pPr>
        <w:spacing w:after="0"/>
        <w:jc w:val="center"/>
      </w:pPr>
      <w:r>
        <w:rPr>
          <w:b/>
          <w:sz w:val="28"/>
        </w:rPr>
        <w:t>HIRDETÉSI MEGRENDELŐLAP</w:t>
      </w:r>
    </w:p>
    <w:p w14:paraId="7E977754" w14:textId="77777777" w:rsidR="00BA4D04" w:rsidRDefault="00000000">
      <w:pPr>
        <w:spacing w:after="100"/>
        <w:jc w:val="center"/>
      </w:pPr>
      <w:r>
        <w:rPr>
          <w:sz w:val="19"/>
        </w:rPr>
        <w:t>A Tükörkép – Mórahalom Város Havilapja nyomtatott kiadásához</w:t>
      </w:r>
    </w:p>
    <w:p w14:paraId="13C9CFFF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5. MEGRENDELŐI NYILATKOZATOK</w:t>
      </w:r>
    </w:p>
    <w:p w14:paraId="403D347E" w14:textId="77777777" w:rsidR="00BA4D04" w:rsidRDefault="00000000">
      <w:pPr>
        <w:spacing w:after="100"/>
      </w:pPr>
      <w:r>
        <w:rPr>
          <w:b/>
        </w:rPr>
        <w:t>A megrendelőlap aláírásával kijelentem, hogy:</w:t>
      </w:r>
    </w:p>
    <w:p w14:paraId="07138ADC" w14:textId="77777777" w:rsidR="00BA4D04" w:rsidRDefault="00000000">
      <w:pPr>
        <w:spacing w:after="140"/>
      </w:pPr>
      <w:r>
        <w:rPr>
          <w:sz w:val="19"/>
        </w:rPr>
        <w:t>• A megadott adatok és a hirdetés állításai valósak, a hirdetés nem megtévesztő; a hirdetett tevékenység végzésére jogosult vagyok.</w:t>
      </w:r>
    </w:p>
    <w:p w14:paraId="13C2DF89" w14:textId="77777777" w:rsidR="00BA4D04" w:rsidRDefault="00000000">
      <w:pPr>
        <w:spacing w:after="140"/>
      </w:pPr>
      <w:r>
        <w:rPr>
          <w:sz w:val="19"/>
        </w:rPr>
        <w:t>• A közzétételhez szükséges engedélyekkel, hozzájárulásokkal és felhasználási jogokkal rendelkezem; indokolt esetben ezek igazolását a Kiadó rendelkezésére bocsátom.</w:t>
      </w:r>
    </w:p>
    <w:p w14:paraId="3606346E" w14:textId="77777777" w:rsidR="00BA4D04" w:rsidRDefault="00000000">
      <w:pPr>
        <w:spacing w:after="140"/>
      </w:pPr>
      <w:r>
        <w:rPr>
          <w:sz w:val="19"/>
        </w:rPr>
        <w:t>• Tudomásul veszem, hogy a Kiadó nem fogad el eltartási, tartási, életjáradéki, öröklési vagy hasonló vagyoni megállapodásra magánszemélyt kereső magánhirdetést, illetve jogsértő vagy megtévesztő hirdetést.</w:t>
      </w:r>
    </w:p>
    <w:p w14:paraId="27163981" w14:textId="77777777" w:rsidR="00BA4D04" w:rsidRDefault="00000000">
      <w:pPr>
        <w:spacing w:after="140"/>
      </w:pPr>
      <w:r>
        <w:rPr>
          <w:sz w:val="19"/>
        </w:rPr>
        <w:t>• Tudomásul veszem, hogy a megrendelőlap leadása önmagában nem hoz létre szerződést. A szerződés a Kiadó jogosult képviselőjének írásbeli visszaigazolásával jön létre.</w:t>
      </w:r>
    </w:p>
    <w:p w14:paraId="1AA8BFAA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6. ÁSZF ÉS ADATKEZELÉSI TÁJÉKOZTATÁS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13"/>
        <w:gridCol w:w="2494"/>
      </w:tblGrid>
      <w:tr w:rsidR="00BA4D04" w14:paraId="39B32033" w14:textId="77777777">
        <w:tc>
          <w:tcPr>
            <w:tcW w:w="7313" w:type="dxa"/>
          </w:tcPr>
          <w:p w14:paraId="56CDA044" w14:textId="77777777" w:rsidR="00BA4D04" w:rsidRDefault="00BA4D04"/>
          <w:p w14:paraId="298A43CB" w14:textId="77777777" w:rsidR="00BA4D04" w:rsidRDefault="00000000">
            <w:pPr>
              <w:spacing w:after="140"/>
            </w:pPr>
            <w:r>
              <w:rPr>
                <w:sz w:val="19"/>
              </w:rPr>
              <w:t>☐ Kijelentem, hogy a Tükörkép hatályos hirdetési ÁSZF-jét a megrendelés előtt megismerhettem, és azt elfogadom.</w:t>
            </w:r>
          </w:p>
          <w:p w14:paraId="38579C96" w14:textId="7FB143E9" w:rsidR="00BA4D04" w:rsidRDefault="00000000" w:rsidP="00AB36B0">
            <w:pPr>
              <w:tabs>
                <w:tab w:val="left" w:pos="5868"/>
              </w:tabs>
              <w:spacing w:after="140"/>
            </w:pPr>
            <w:r>
              <w:rPr>
                <w:sz w:val="19"/>
              </w:rPr>
              <w:t xml:space="preserve">Az ÁSZF </w:t>
            </w:r>
            <w:proofErr w:type="spellStart"/>
            <w:r>
              <w:rPr>
                <w:sz w:val="19"/>
              </w:rPr>
              <w:t>elérhetősége</w:t>
            </w:r>
            <w:proofErr w:type="spellEnd"/>
            <w:r>
              <w:rPr>
                <w:sz w:val="19"/>
              </w:rPr>
              <w:t xml:space="preserve">: </w:t>
            </w:r>
            <w:r w:rsidR="00AB36B0" w:rsidRPr="00AB36B0">
              <w:rPr>
                <w:sz w:val="19"/>
              </w:rPr>
              <w:t>https://www.morahalom.hu/hu/tukorkep-1</w:t>
            </w:r>
            <w:r w:rsidR="00AB36B0">
              <w:rPr>
                <w:sz w:val="19"/>
              </w:rPr>
              <w:tab/>
            </w:r>
          </w:p>
          <w:p w14:paraId="141EF82B" w14:textId="77777777" w:rsidR="00BA4D04" w:rsidRDefault="00000000">
            <w:pPr>
              <w:spacing w:after="140"/>
            </w:pPr>
            <w:r>
              <w:rPr>
                <w:sz w:val="19"/>
              </w:rPr>
              <w:t>A személyes adatok kezeléséről a Kiadó külön adatkezelési tájékoztatója rendelkezik.</w:t>
            </w:r>
          </w:p>
          <w:p w14:paraId="03233CA7" w14:textId="43A0823D" w:rsidR="00BA4D04" w:rsidRDefault="00000000">
            <w:pPr>
              <w:spacing w:after="140"/>
            </w:pPr>
            <w:r>
              <w:rPr>
                <w:sz w:val="19"/>
              </w:rPr>
              <w:t xml:space="preserve">Adatkezelési tájékoztató:  </w:t>
            </w:r>
            <w:hyperlink r:id="rId10" w:history="1">
              <w:r w:rsidRPr="00AB36B0">
                <w:rPr>
                  <w:rStyle w:val="Hiperhivatkozs"/>
                  <w:sz w:val="19"/>
                </w:rPr>
                <w:t>.</w:t>
              </w:r>
              <w:r w:rsidR="00AB36B0">
                <w:t xml:space="preserve"> </w:t>
              </w:r>
              <w:r w:rsidR="00AB36B0" w:rsidRPr="00AB36B0">
                <w:rPr>
                  <w:rStyle w:val="Hiperhivatkozs"/>
                  <w:sz w:val="19"/>
                </w:rPr>
                <w:t>https://www.morahalom.hu/hu/tukorkep-1</w:t>
              </w:r>
              <w:r w:rsidR="00AB36B0" w:rsidRPr="00AB36B0">
                <w:rPr>
                  <w:rStyle w:val="Hiperhivatkozs"/>
                  <w:sz w:val="19"/>
                </w:rPr>
                <w:t xml:space="preserve"> </w:t>
              </w:r>
            </w:hyperlink>
          </w:p>
        </w:tc>
        <w:tc>
          <w:tcPr>
            <w:tcW w:w="2494" w:type="dxa"/>
            <w:shd w:val="clear" w:color="auto" w:fill="F4F6F6"/>
          </w:tcPr>
          <w:p w14:paraId="57ECFD02" w14:textId="58CF1AA1" w:rsidR="00BA4D04" w:rsidRDefault="0095398D">
            <w:pPr>
              <w:spacing w:after="140"/>
              <w:jc w:val="center"/>
            </w:pPr>
            <w:r>
              <w:rPr>
                <w:noProof/>
              </w:rPr>
              <w:drawing>
                <wp:inline distT="0" distB="0" distL="0" distR="0" wp14:anchorId="1C3D8462" wp14:editId="49435877">
                  <wp:extent cx="1446530" cy="1446530"/>
                  <wp:effectExtent l="0" t="0" r="1270" b="1270"/>
                  <wp:docPr id="2084894125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894125" name="Kép 20848941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53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722A4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7. MEGJEGYZÉS ÉS ALÁÍRÁS</w:t>
      </w:r>
    </w:p>
    <w:p w14:paraId="6928A672" w14:textId="77777777" w:rsidR="00BA4D04" w:rsidRDefault="00000000">
      <w:pPr>
        <w:spacing w:after="200"/>
      </w:pPr>
      <w:r>
        <w:rPr>
          <w:sz w:val="19"/>
        </w:rPr>
        <w:t>Megjegyzés:  .....................................................................................................................................................</w:t>
      </w:r>
    </w:p>
    <w:p w14:paraId="57865E72" w14:textId="77777777" w:rsidR="00BA4D04" w:rsidRDefault="00000000">
      <w:pPr>
        <w:spacing w:after="160"/>
        <w:rPr>
          <w:sz w:val="19"/>
        </w:rPr>
      </w:pPr>
      <w:r>
        <w:rPr>
          <w:sz w:val="19"/>
        </w:rPr>
        <w:t>Kelt:  ..........................................................                         Megrendelő aláírása:  ..........................................................</w:t>
      </w:r>
    </w:p>
    <w:p w14:paraId="4C6F7AB9" w14:textId="77777777" w:rsidR="00127CB6" w:rsidRDefault="00127CB6">
      <w:pPr>
        <w:spacing w:after="160"/>
      </w:pPr>
    </w:p>
    <w:p w14:paraId="58E21EFE" w14:textId="77777777" w:rsidR="00BA4D04" w:rsidRDefault="00000000">
      <w:pPr>
        <w:pBdr>
          <w:bottom w:val="single" w:sz="8" w:space="0" w:color="D9E2E3"/>
        </w:pBdr>
        <w:spacing w:before="140" w:after="80"/>
      </w:pPr>
      <w:r>
        <w:rPr>
          <w:b/>
          <w:color w:val="24414C"/>
          <w:sz w:val="22"/>
        </w:rPr>
        <w:t>8. A KIADÓ TÖLTI KI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4"/>
        <w:gridCol w:w="4904"/>
      </w:tblGrid>
      <w:tr w:rsidR="00BA4D04" w:rsidRPr="00127CB6" w14:paraId="7086284D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75CBDF78" w14:textId="77777777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Beérkezés dátuma:  ........................................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2948FFB2" w14:textId="77777777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Elbírálás:  ☐ elfogadva   ☐ elutasítva   ☐ kiegészítés szükséges</w:t>
            </w:r>
          </w:p>
        </w:tc>
      </w:tr>
      <w:tr w:rsidR="00BA4D04" w:rsidRPr="00127CB6" w14:paraId="65CC8F9D" w14:textId="77777777">
        <w:trPr>
          <w:jc w:val="center"/>
        </w:trPr>
        <w:tc>
          <w:tcPr>
            <w:tcW w:w="4904" w:type="dxa"/>
            <w:vAlign w:val="center"/>
          </w:tcPr>
          <w:p w14:paraId="65C50D9A" w14:textId="7E9EB071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Elfogadott megjelenés(ek):  ...............................</w:t>
            </w:r>
          </w:p>
        </w:tc>
        <w:tc>
          <w:tcPr>
            <w:tcW w:w="4904" w:type="dxa"/>
            <w:vAlign w:val="center"/>
          </w:tcPr>
          <w:p w14:paraId="53A7C20F" w14:textId="77777777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Elfogadott díj:  .................................. Ft + ÁFA</w:t>
            </w:r>
          </w:p>
        </w:tc>
      </w:tr>
      <w:tr w:rsidR="00BA4D04" w:rsidRPr="00127CB6" w14:paraId="62A0921C" w14:textId="77777777">
        <w:trPr>
          <w:jc w:val="center"/>
        </w:trPr>
        <w:tc>
          <w:tcPr>
            <w:tcW w:w="4904" w:type="dxa"/>
            <w:shd w:val="clear" w:color="auto" w:fill="F5F7F7"/>
            <w:vAlign w:val="center"/>
          </w:tcPr>
          <w:p w14:paraId="73AE75E4" w14:textId="77777777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Írásbeli visszaigazolás dátuma / azonosítója:  .............................................................</w:t>
            </w:r>
          </w:p>
        </w:tc>
        <w:tc>
          <w:tcPr>
            <w:tcW w:w="4904" w:type="dxa"/>
            <w:shd w:val="clear" w:color="auto" w:fill="F5F7F7"/>
            <w:vAlign w:val="center"/>
          </w:tcPr>
          <w:p w14:paraId="06ED8F56" w14:textId="77777777" w:rsidR="00BA4D04" w:rsidRPr="00127CB6" w:rsidRDefault="00000000">
            <w:pPr>
              <w:spacing w:after="20"/>
              <w:rPr>
                <w:sz w:val="22"/>
              </w:rPr>
            </w:pPr>
            <w:r w:rsidRPr="00127CB6">
              <w:rPr>
                <w:sz w:val="22"/>
              </w:rPr>
              <w:t>Jogosult képviselő:  .......................................</w:t>
            </w:r>
          </w:p>
        </w:tc>
      </w:tr>
    </w:tbl>
    <w:p w14:paraId="45121B08" w14:textId="77777777" w:rsidR="00BA4D04" w:rsidRPr="00127CB6" w:rsidRDefault="00000000">
      <w:pPr>
        <w:rPr>
          <w:sz w:val="24"/>
          <w:szCs w:val="24"/>
        </w:rPr>
      </w:pPr>
      <w:r w:rsidRPr="00127CB6">
        <w:rPr>
          <w:sz w:val="24"/>
          <w:szCs w:val="24"/>
        </w:rPr>
        <w:t>A belső jóváhagyás nem helyettesíti a megrendelő részére megküldött írásbeli visszaigazolást.</w:t>
      </w:r>
    </w:p>
    <w:p w14:paraId="62A3DA18" w14:textId="77777777" w:rsidR="00BA4D04" w:rsidRPr="00127CB6" w:rsidRDefault="00000000">
      <w:pPr>
        <w:rPr>
          <w:sz w:val="24"/>
          <w:szCs w:val="24"/>
        </w:rPr>
      </w:pPr>
      <w:r w:rsidRPr="00127CB6">
        <w:rPr>
          <w:sz w:val="24"/>
          <w:szCs w:val="24"/>
        </w:rPr>
        <w:t>A felek vitás kérdéseiket elsődlegesen egyeztetéssel rendezik; jogvita esetén a hatáskörrel és illetékességgel rendelkező bíróság jár el.</w:t>
      </w:r>
    </w:p>
    <w:sectPr w:rsidR="00BA4D04" w:rsidRPr="00127CB6" w:rsidSect="00034616">
      <w:footerReference w:type="default" r:id="rId12"/>
      <w:pgSz w:w="11906" w:h="16838"/>
      <w:pgMar w:top="765" w:right="935" w:bottom="709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8D06" w14:textId="77777777" w:rsidR="00E813FE" w:rsidRDefault="00E813FE">
      <w:pPr>
        <w:spacing w:after="0" w:line="240" w:lineRule="auto"/>
      </w:pPr>
      <w:r>
        <w:separator/>
      </w:r>
    </w:p>
  </w:endnote>
  <w:endnote w:type="continuationSeparator" w:id="0">
    <w:p w14:paraId="1195320F" w14:textId="77777777" w:rsidR="00E813FE" w:rsidRDefault="00E81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6497411"/>
      <w:docPartObj>
        <w:docPartGallery w:val="Page Numbers (Bottom of Page)"/>
        <w:docPartUnique/>
      </w:docPartObj>
    </w:sdtPr>
    <w:sdtContent>
      <w:p w14:paraId="0645AD4A" w14:textId="477D4062" w:rsidR="0095398D" w:rsidRDefault="0095398D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49BCA22B" w14:textId="2D2F2FB3" w:rsidR="00BA4D04" w:rsidRDefault="00BA4D04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E9C8" w14:textId="77777777" w:rsidR="00E813FE" w:rsidRDefault="00E813FE">
      <w:pPr>
        <w:spacing w:after="0" w:line="240" w:lineRule="auto"/>
      </w:pPr>
      <w:r>
        <w:separator/>
      </w:r>
    </w:p>
  </w:footnote>
  <w:footnote w:type="continuationSeparator" w:id="0">
    <w:p w14:paraId="074E0F87" w14:textId="77777777" w:rsidR="00E813FE" w:rsidRDefault="00E81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625211">
    <w:abstractNumId w:val="8"/>
  </w:num>
  <w:num w:numId="2" w16cid:durableId="196040996">
    <w:abstractNumId w:val="6"/>
  </w:num>
  <w:num w:numId="3" w16cid:durableId="1575774533">
    <w:abstractNumId w:val="5"/>
  </w:num>
  <w:num w:numId="4" w16cid:durableId="1130897492">
    <w:abstractNumId w:val="4"/>
  </w:num>
  <w:num w:numId="5" w16cid:durableId="1724909789">
    <w:abstractNumId w:val="7"/>
  </w:num>
  <w:num w:numId="6" w16cid:durableId="1420635364">
    <w:abstractNumId w:val="3"/>
  </w:num>
  <w:num w:numId="7" w16cid:durableId="1087387535">
    <w:abstractNumId w:val="2"/>
  </w:num>
  <w:num w:numId="8" w16cid:durableId="220748270">
    <w:abstractNumId w:val="1"/>
  </w:num>
  <w:num w:numId="9" w16cid:durableId="122900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CB6"/>
    <w:rsid w:val="0015074B"/>
    <w:rsid w:val="001E3615"/>
    <w:rsid w:val="0029639D"/>
    <w:rsid w:val="00326F90"/>
    <w:rsid w:val="00401572"/>
    <w:rsid w:val="0095398D"/>
    <w:rsid w:val="009D4E50"/>
    <w:rsid w:val="00A328F2"/>
    <w:rsid w:val="00AA1D8D"/>
    <w:rsid w:val="00AB36B0"/>
    <w:rsid w:val="00AE6C24"/>
    <w:rsid w:val="00B47730"/>
    <w:rsid w:val="00BA4D04"/>
    <w:rsid w:val="00CB0664"/>
    <w:rsid w:val="00E813FE"/>
    <w:rsid w:val="00E81E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DED70"/>
  <w14:defaultImageDpi w14:val="300"/>
  <w15:docId w15:val="{87071640-0B59-4F12-BB68-40F5894E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/>
    </w:pPr>
    <w:rPr>
      <w:rFonts w:ascii="Aptos" w:hAnsi="Aptos"/>
      <w:color w:val="283035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Web">
    <w:name w:val="Normal (Web)"/>
    <w:basedOn w:val="Norml"/>
    <w:uiPriority w:val="99"/>
    <w:semiHidden/>
    <w:unhideWhenUsed/>
    <w:rsid w:val="0095398D"/>
    <w:rPr>
      <w:rFonts w:ascii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5398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53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morahalom.hu/hu/tukorkep-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morahalom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700</Words>
  <Characters>4835</Characters>
  <Application>Microsoft Office Word</Application>
  <DocSecurity>0</DocSecurity>
  <Lines>40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(-_-)</cp:lastModifiedBy>
  <cp:revision>4</cp:revision>
  <cp:lastPrinted>2026-10-30T09:51:00Z</cp:lastPrinted>
  <dcterms:created xsi:type="dcterms:W3CDTF">2026-10-21T13:00:00Z</dcterms:created>
  <dcterms:modified xsi:type="dcterms:W3CDTF">2026-10-30T10:11:00Z</dcterms:modified>
  <cp:category/>
</cp:coreProperties>
</file>